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San Antonio Neighborhood Food and Nightlife Guide</w:t>
      </w:r>
    </w:p>
    <w:p>
      <w:r>
        <w:t>From Southern comfort food and New York deli classics to barbecue, jazz and country music, these restaurants and bars offer a taste of San Antonio beyond the River Walk.</w:t>
      </w:r>
    </w:p>
    <w:p>
      <w:r>
        <w:t>Transportation note: The groups below are estimates based on the published Waymo service area, using the Marriott San Antonio Airport at 77 NE Interstate 410 Loop as the starting point. Individual addresses have not been confirmed in the Waymo app. Check both pickup and destination in the app before making plans. For other trips, consider a rideshare, taxi or VIA bus and check routes and schedules before leaving.</w:t>
      </w:r>
    </w:p>
    <w:p>
      <w:r>
        <w:t>Price guide: Restaurant prices are rough estimates for one person's meal before tax, tip and drinks. Bar prices and event cover charges vary. Check current menus and schedules before visiting.</w:t>
      </w:r>
    </w:p>
    <w:p>
      <w:pPr>
        <w:pStyle w:val="Heading1"/>
      </w:pPr>
      <w:r>
        <w:t>Places likely within Waymo range</w:t>
      </w:r>
    </w:p>
    <w:p>
      <w:r>
        <w:t>These places are in or near areas described as served by Waymo. The app determines whether each pickup and destination is eligible.</w:t>
      </w:r>
    </w:p>
    <w:p>
      <w:pPr>
        <w:pStyle w:val="Heading2"/>
        <w:keepNext/>
      </w:pPr>
      <w:r>
        <w:t>Pluckers Wing Bar, North Star</w:t>
      </w:r>
    </w:p>
    <w:p>
      <w:pPr>
        <w:keepNext/>
        <w:spacing w:after="0"/>
      </w:pPr>
      <w:r>
        <w:t>Address: 92 NE Interstate 410 Loop, San Antonio, TX 78216</w:t>
      </w:r>
    </w:p>
    <w:p>
      <w:pPr>
        <w:keepNext/>
        <w:spacing w:after="0"/>
      </w:pPr>
      <w:r>
        <w:t>Phone: 210-966-9464</w:t>
      </w:r>
    </w:p>
    <w:p>
      <w:pPr>
        <w:keepNext/>
        <w:spacing w:after="0"/>
      </w:pPr>
      <w:r>
        <w:t>Rough price: $15 to $30 per person</w:t>
      </w:r>
    </w:p>
    <w:p>
      <w:pPr>
        <w:spacing w:after="80"/>
      </w:pPr>
      <w:r>
        <w:t>A convenient choice close to the hotel for wings, sauces and a sports-bar atmosphere.</w:t>
      </w:r>
    </w:p>
    <w:p>
      <w:pPr>
        <w:pStyle w:val="Heading2"/>
        <w:keepNext/>
      </w:pPr>
      <w:r>
        <w:t>54th Street Restaurant &amp; Drafthouse, Rector Street</w:t>
      </w:r>
    </w:p>
    <w:p>
      <w:pPr>
        <w:keepNext/>
        <w:spacing w:after="0"/>
      </w:pPr>
      <w:r>
        <w:t>Address: 954 East Rector Street, San Antonio, TX 78216</w:t>
      </w:r>
    </w:p>
    <w:p>
      <w:pPr>
        <w:keepNext/>
        <w:spacing w:after="0"/>
      </w:pPr>
      <w:r>
        <w:t>Phone: 210-342-5454</w:t>
      </w:r>
    </w:p>
    <w:p>
      <w:pPr>
        <w:keepNext/>
        <w:spacing w:after="0"/>
      </w:pPr>
      <w:r>
        <w:t>Rough price: $15 to $30 per person</w:t>
      </w:r>
    </w:p>
    <w:p>
      <w:pPr>
        <w:spacing w:after="80"/>
      </w:pPr>
      <w:r>
        <w:t>A casual restaurant and drafthouse near the airport with a broad menu for groups with different tastes.</w:t>
      </w:r>
    </w:p>
    <w:p>
      <w:pPr>
        <w:pStyle w:val="Heading2"/>
        <w:keepNext/>
      </w:pPr>
      <w:r>
        <w:t>Tlahco Mexican Kitchen</w:t>
      </w:r>
    </w:p>
    <w:p>
      <w:pPr>
        <w:keepNext/>
        <w:spacing w:after="0"/>
      </w:pPr>
      <w:r>
        <w:t>Address: 6702 San Pedro Avenue, San Antonio, TX 78216</w:t>
      </w:r>
    </w:p>
    <w:p>
      <w:pPr>
        <w:keepNext/>
        <w:spacing w:after="0"/>
      </w:pPr>
      <w:r>
        <w:t>Phone: 210-239-9457</w:t>
      </w:r>
    </w:p>
    <w:p>
      <w:pPr>
        <w:keepNext/>
        <w:spacing w:after="0"/>
      </w:pPr>
      <w:r>
        <w:t>Rough price: $10 to $25 per person</w:t>
      </w:r>
    </w:p>
    <w:p>
      <w:pPr>
        <w:spacing w:after="80"/>
      </w:pPr>
      <w:r>
        <w:t>A neighborhood restaurant serving tacos and breakfast dishes inspired by regions across Mexico. It opened on San Pedro Avenue in 2019; Tlahco comes from a Nahuatl word meaning middle.</w:t>
      </w:r>
    </w:p>
    <w:p>
      <w:pPr>
        <w:pStyle w:val="Heading2"/>
        <w:keepNext/>
      </w:pPr>
      <w:r>
        <w:t>Regio Cafe</w:t>
      </w:r>
    </w:p>
    <w:p>
      <w:pPr>
        <w:keepNext/>
        <w:spacing w:after="0"/>
      </w:pPr>
      <w:r>
        <w:t>Address: 1706 McCullough Avenue, San Antonio, TX 78212</w:t>
      </w:r>
    </w:p>
    <w:p>
      <w:pPr>
        <w:keepNext/>
        <w:spacing w:after="0"/>
      </w:pPr>
      <w:r>
        <w:t>Phone: 210-226-0038</w:t>
      </w:r>
    </w:p>
    <w:p>
      <w:pPr>
        <w:keepNext/>
        <w:spacing w:after="0"/>
      </w:pPr>
      <w:r>
        <w:t>Rough price: $10 to $20 per person</w:t>
      </w:r>
    </w:p>
    <w:p>
      <w:pPr>
        <w:spacing w:after="80"/>
      </w:pPr>
      <w:r>
        <w:t>A Tobin Hill café serving breakfast tacos and Tex-Mex with Monterrey influences. Mother and daughter Aurelia and Norma opened the family restaurant in 2001. It serves breakfast and lunch and is closed Sundays.</w:t>
      </w:r>
    </w:p>
    <w:p>
      <w:pPr>
        <w:pStyle w:val="Heading2"/>
        <w:keepNext/>
      </w:pPr>
      <w:r>
        <w:t>Tony G's Soul Food</w:t>
      </w:r>
    </w:p>
    <w:p>
      <w:pPr>
        <w:keepNext/>
        <w:spacing w:after="0"/>
      </w:pPr>
      <w:r>
        <w:t>Address: 915 South Hackberry Street, San Antonio, TX 78210</w:t>
      </w:r>
    </w:p>
    <w:p>
      <w:pPr>
        <w:keepNext/>
        <w:spacing w:after="0"/>
      </w:pPr>
      <w:r>
        <w:t>Phone: 210-451-1234</w:t>
      </w:r>
    </w:p>
    <w:p>
      <w:pPr>
        <w:keepNext/>
        <w:spacing w:after="0"/>
      </w:pPr>
      <w:r>
        <w:t>Rough price: $15 to $30 per person</w:t>
      </w:r>
    </w:p>
    <w:p>
      <w:pPr>
        <w:spacing w:after="80"/>
      </w:pPr>
      <w:r>
        <w:t>An East Side restaurant serving soul food and Southern favorites. Tony Gradney opened the original Tony G's in St. Paul Square in 2016; the restaurant later moved. It is primarily a daytime destination and is closed Mondays.</w:t>
      </w:r>
    </w:p>
    <w:p>
      <w:pPr>
        <w:pStyle w:val="Heading2"/>
        <w:keepNext/>
      </w:pPr>
      <w:r>
        <w:t>Cullum's Attagirl</w:t>
      </w:r>
    </w:p>
    <w:p>
      <w:pPr>
        <w:keepNext/>
        <w:spacing w:after="0"/>
      </w:pPr>
      <w:r>
        <w:t>Address: 726 East Mistletoe Avenue, San Antonio, TX 78212</w:t>
      </w:r>
    </w:p>
    <w:p>
      <w:pPr>
        <w:keepNext/>
        <w:spacing w:after="0"/>
      </w:pPr>
      <w:r>
        <w:t>Phone: 210-437-4263</w:t>
      </w:r>
    </w:p>
    <w:p>
      <w:pPr>
        <w:keepNext/>
        <w:spacing w:after="0"/>
      </w:pPr>
      <w:r>
        <w:t>Rough price: $15 to $25 per person</w:t>
      </w:r>
    </w:p>
    <w:p>
      <w:pPr>
        <w:spacing w:after="80"/>
      </w:pPr>
      <w:r>
        <w:t>This casual chicken-and-beer spot serves wings, fried chicken sandwiches, burgers and sides. Its wing menu includes Southern fried and Nashville hot varieties.</w:t>
      </w:r>
    </w:p>
    <w:p>
      <w:pPr>
        <w:pStyle w:val="Heading2"/>
        <w:keepNext/>
      </w:pPr>
      <w:r>
        <w:t>Augie's Barbed Wire Smokehouse</w:t>
      </w:r>
    </w:p>
    <w:p>
      <w:pPr>
        <w:keepNext/>
        <w:spacing w:after="0"/>
      </w:pPr>
      <w:r>
        <w:t>Address: 3709 North St. Mary's Street, San Antonio, TX 78212</w:t>
      </w:r>
    </w:p>
    <w:p>
      <w:pPr>
        <w:keepNext/>
        <w:spacing w:after="0"/>
      </w:pPr>
      <w:r>
        <w:t>Phone: 210-960-9307</w:t>
      </w:r>
    </w:p>
    <w:p>
      <w:pPr>
        <w:keepNext/>
        <w:spacing w:after="0"/>
      </w:pPr>
      <w:r>
        <w:t>Rough price: $15 to $30 per person</w:t>
      </w:r>
    </w:p>
    <w:p>
      <w:pPr>
        <w:spacing w:after="80"/>
      </w:pPr>
      <w:r>
        <w:t>Near Brackenridge Park, Augie's serves brisket, pulled pork and sausage. Owners Augie and Sandra found the North St. Mary's location in 2004 after starting their barbecue business several years earlier.</w:t>
      </w:r>
    </w:p>
    <w:p>
      <w:pPr>
        <w:pStyle w:val="Heading2"/>
        <w:keepNext/>
      </w:pPr>
      <w:r>
        <w:t>Plantaquería</w:t>
      </w:r>
    </w:p>
    <w:p>
      <w:pPr>
        <w:keepNext/>
        <w:spacing w:after="0"/>
      </w:pPr>
      <w:r>
        <w:t>Address: 124 Broadway, San Antonio, TX 78205</w:t>
      </w:r>
    </w:p>
    <w:p>
      <w:pPr>
        <w:keepNext/>
        <w:spacing w:after="0"/>
      </w:pPr>
      <w:r>
        <w:t>Phone: No current public number found; contact through plantaqueria.com.</w:t>
      </w:r>
    </w:p>
    <w:p>
      <w:pPr>
        <w:keepNext/>
        <w:spacing w:after="0"/>
      </w:pPr>
      <w:r>
        <w:t>Rough price: $10 to $25 per person</w:t>
      </w:r>
    </w:p>
    <w:p>
      <w:pPr>
        <w:spacing w:after="80"/>
      </w:pPr>
      <w:r>
        <w:t>A plant-based option serving tacos and other Mexican-inspired food. The business began as a small-batch vegan tamal company before opening its downtown storefront.</w:t>
      </w:r>
    </w:p>
    <w:p>
      <w:pPr>
        <w:pStyle w:val="Heading2"/>
        <w:keepNext/>
      </w:pPr>
      <w:r>
        <w:t>Folklores Coffee House</w:t>
      </w:r>
    </w:p>
    <w:p>
      <w:pPr>
        <w:keepNext/>
        <w:spacing w:after="0"/>
      </w:pPr>
      <w:r>
        <w:t>Address: 1943 North New Braunfels Avenue, San Antonio, TX 78208</w:t>
      </w:r>
    </w:p>
    <w:p>
      <w:pPr>
        <w:keepNext/>
        <w:spacing w:after="0"/>
      </w:pPr>
      <w:r>
        <w:t>Phone: 210-455-0360</w:t>
      </w:r>
    </w:p>
    <w:p>
      <w:pPr>
        <w:keepNext/>
        <w:spacing w:after="0"/>
      </w:pPr>
      <w:r>
        <w:t>Rough price: About $5 to $15 for a coffee or light bite.</w:t>
      </w:r>
    </w:p>
    <w:p>
      <w:pPr>
        <w:spacing w:after="80"/>
      </w:pPr>
      <w:r>
        <w:t>This Government Hill coffeehouse serves specialty coffee and breakfast in a space inspired by punk music and spooky folklore. Its decor pays homage to local legends, including La Llorona and the Donkey Lady.</w:t>
      </w:r>
    </w:p>
    <w:p>
      <w:pPr>
        <w:pStyle w:val="Heading2"/>
        <w:keepNext/>
      </w:pPr>
      <w:r>
        <w:t>Gravves Coffee</w:t>
      </w:r>
    </w:p>
    <w:p>
      <w:pPr>
        <w:keepNext/>
        <w:spacing w:after="0"/>
      </w:pPr>
      <w:r>
        <w:t>Address: 2106 McCullough Avenue, San Antonio, TX 78212</w:t>
      </w:r>
    </w:p>
    <w:p>
      <w:pPr>
        <w:keepNext/>
        <w:spacing w:after="0"/>
      </w:pPr>
      <w:r>
        <w:t>Phone: No public phone number found. Contact through social media.</w:t>
      </w:r>
    </w:p>
    <w:p>
      <w:pPr>
        <w:keepNext/>
        <w:spacing w:after="0"/>
      </w:pPr>
      <w:r>
        <w:t>Rough price: Coffee prices vary.</w:t>
      </w:r>
    </w:p>
    <w:p>
      <w:pPr>
        <w:spacing w:after="80"/>
      </w:pPr>
      <w:r>
        <w:t>A gothic and monster-themed coffee shop serving specialty drinks. Gravves started as a coffee trailer on the St. Mary's Strip in 2021 and opened its McCullough Avenue shop in 2023.</w:t>
      </w:r>
    </w:p>
    <w:p>
      <w:pPr>
        <w:pStyle w:val="Heading2"/>
        <w:keepNext/>
      </w:pPr>
      <w:r>
        <w:t>The Bang Bang Bar</w:t>
      </w:r>
    </w:p>
    <w:p>
      <w:pPr>
        <w:keepNext/>
        <w:spacing w:after="0"/>
      </w:pPr>
      <w:r>
        <w:t>Address: 119 El Mio Drive, San Antonio, TX 78216</w:t>
      </w:r>
    </w:p>
    <w:p>
      <w:pPr>
        <w:keepNext/>
        <w:spacing w:after="0"/>
      </w:pPr>
      <w:r>
        <w:t>Phone: 210-320-1187</w:t>
      </w:r>
    </w:p>
    <w:p>
      <w:pPr>
        <w:keepNext/>
        <w:spacing w:after="0"/>
      </w:pPr>
      <w:r>
        <w:t>Rough price: Drink prices vary; current prices not verified.</w:t>
      </w:r>
    </w:p>
    <w:p>
      <w:pPr>
        <w:spacing w:after="80"/>
      </w:pPr>
      <w:r>
        <w:t>A neighborhood dive bar with cocktails, vinyl records and local music. Members of San Antonio band Girl in a Coma helped open it in 2016 in a building that previously housed the lesbian bar Bermuda Triangle.</w:t>
      </w:r>
    </w:p>
    <w:p>
      <w:pPr>
        <w:pStyle w:val="Heading2"/>
        <w:keepNext/>
      </w:pPr>
      <w:r>
        <w:t>Envy, formerly Let's Be Honest</w:t>
      </w:r>
    </w:p>
    <w:p>
      <w:pPr>
        <w:keepNext/>
        <w:spacing w:after="0"/>
      </w:pPr>
      <w:r>
        <w:t>Address: 1602 North Main Avenue, San Antonio, TX 78212</w:t>
      </w:r>
    </w:p>
    <w:p>
      <w:pPr>
        <w:keepNext/>
        <w:spacing w:after="0"/>
      </w:pPr>
      <w:r>
        <w:t>Phone: 210-629-5141</w:t>
      </w:r>
    </w:p>
    <w:p>
      <w:pPr>
        <w:keepNext/>
        <w:spacing w:after="0"/>
      </w:pPr>
      <w:r>
        <w:t>Rough price: Drink and event prices vary; current prices not verified.</w:t>
      </w:r>
    </w:p>
    <w:p>
      <w:pPr>
        <w:spacing w:after="80"/>
      </w:pPr>
      <w:r>
        <w:t>An LGBTQ+ bar on the Main Strip with music, dancing and drag entertainment. Let's Be Honest opened in 2023; a local LGBTQ+ directory now lists the venue as Envy. Check the current event schedule before going.</w:t>
      </w:r>
    </w:p>
    <w:p>
      <w:pPr>
        <w:pStyle w:val="Heading2"/>
        <w:keepNext/>
      </w:pPr>
      <w:r>
        <w:t>Bar 414 at the Gunter Hotel</w:t>
      </w:r>
    </w:p>
    <w:p>
      <w:pPr>
        <w:keepNext/>
        <w:spacing w:after="0"/>
      </w:pPr>
      <w:r>
        <w:t>Address: 205 East Houston Street, San Antonio, TX 78205</w:t>
      </w:r>
    </w:p>
    <w:p>
      <w:pPr>
        <w:keepNext/>
        <w:spacing w:after="0"/>
      </w:pPr>
      <w:r>
        <w:t>Phone: 210-227-3241, Gunter Hotel</w:t>
      </w:r>
    </w:p>
    <w:p>
      <w:pPr>
        <w:keepNext/>
        <w:spacing w:after="0"/>
      </w:pPr>
      <w:r>
        <w:t>Rough price: Drinks and event prices vary.</w:t>
      </w:r>
    </w:p>
    <w:p>
      <w:pPr>
        <w:spacing w:after="80"/>
      </w:pPr>
      <w:r>
        <w:t>This intimate bar honors blues musician Robert Johnson, who made his first recordings in the hotel in 1936. The bar hosts live music, including jazz and blues. Check the current schedule before visiting.</w:t>
      </w:r>
    </w:p>
    <w:p>
      <w:pPr>
        <w:pStyle w:val="Heading2"/>
        <w:keepNext/>
      </w:pPr>
      <w:r>
        <w:t>The Lonesome Rose</w:t>
      </w:r>
    </w:p>
    <w:p>
      <w:pPr>
        <w:keepNext/>
        <w:spacing w:after="0"/>
      </w:pPr>
      <w:r>
        <w:t>Address: 2114 North St. Mary's Street, San Antonio, TX 78212</w:t>
      </w:r>
    </w:p>
    <w:p>
      <w:pPr>
        <w:keepNext/>
        <w:spacing w:after="0"/>
      </w:pPr>
      <w:r>
        <w:t>Phone: 210-317-0006 (directory listing; venue also accepts inquiries via Instagram)</w:t>
      </w:r>
    </w:p>
    <w:p>
      <w:pPr>
        <w:keepNext/>
        <w:spacing w:after="0"/>
      </w:pPr>
      <w:r>
        <w:t>Rough price: Drink prices vary; weekend cash cover varies by show.</w:t>
      </w:r>
    </w:p>
    <w:p>
      <w:pPr>
        <w:spacing w:after="80"/>
      </w:pPr>
      <w:r>
        <w:t>Opened in 2018, this St. Mary's Strip honky-tonk offers live music and space for two-stepping. Check the live music calendar for the lineup and cover before going.</w:t>
      </w:r>
    </w:p>
    <w:p>
      <w:pPr>
        <w:pStyle w:val="Heading2"/>
        <w:keepNext/>
      </w:pPr>
      <w:r>
        <w:t>Roadmap Brewing Co.</w:t>
      </w:r>
    </w:p>
    <w:p>
      <w:pPr>
        <w:keepNext/>
        <w:spacing w:after="0"/>
      </w:pPr>
      <w:r>
        <w:t>Address: 723 North Alamo Street, San Antonio, TX 78215</w:t>
      </w:r>
    </w:p>
    <w:p>
      <w:pPr>
        <w:keepNext/>
        <w:spacing w:after="0"/>
      </w:pPr>
      <w:r>
        <w:t>Phone: 210-254-9962</w:t>
      </w:r>
    </w:p>
    <w:p>
      <w:pPr>
        <w:keepNext/>
        <w:spacing w:after="0"/>
      </w:pPr>
      <w:r>
        <w:t>Rough price: About $5 to $8 for a draft beer. Food is additional.</w:t>
      </w:r>
    </w:p>
    <w:p>
      <w:r>
        <w:t>This downtown brewery grew from a homebrewing hobby sparked by a wedding gift. Roadmap serves craft beer and coffee, with a burger food truck outside. Coffee service ends at 3 p.m. and food truck hours vary.</w:t>
      </w:r>
    </w:p>
    <w:p>
      <w:pPr>
        <w:pStyle w:val="Heading2"/>
      </w:pPr>
      <w:r>
        <w:t>Sparky's Pub</w:t>
      </w:r>
    </w:p>
    <w:p>
      <w:pPr>
        <w:keepNext/>
        <w:spacing w:after="0"/>
      </w:pPr>
      <w:r>
        <w:t>Address: 1416 North Main Avenue, San Antonio, TX 78212</w:t>
      </w:r>
    </w:p>
    <w:p>
      <w:pPr>
        <w:keepNext/>
        <w:spacing w:after="0"/>
      </w:pPr>
      <w:r>
        <w:t>Phone: 210-320-5111</w:t>
      </w:r>
    </w:p>
    <w:p>
      <w:pPr>
        <w:keepNext/>
        <w:spacing w:after="0"/>
      </w:pPr>
      <w:r>
        <w:t>Rough price: Drink and food prices vary.</w:t>
      </w:r>
    </w:p>
    <w:p>
      <w:r>
        <w:t>An LGBTQ friendly pub on the Main Strip with a patio, drinks and bar bites. Sparky's has been a neighborhood gathering place for years.</w:t>
      </w:r>
    </w:p>
    <w:p>
      <w:pPr>
        <w:pStyle w:val="Heading2"/>
      </w:pPr>
      <w:r>
        <w:t>Factory 210</w:t>
      </w:r>
    </w:p>
    <w:p>
      <w:pPr>
        <w:keepNext/>
        <w:spacing w:after="0"/>
      </w:pPr>
      <w:r>
        <w:t>Address: 2211 San Pedro Avenue, San Antonio, TX 78212</w:t>
      </w:r>
    </w:p>
    <w:p>
      <w:pPr>
        <w:keepNext/>
        <w:spacing w:after="0"/>
      </w:pPr>
      <w:r>
        <w:t>Phone: No current public number confirmed. Check Factory 210 on social media.</w:t>
      </w:r>
    </w:p>
    <w:p>
      <w:pPr>
        <w:keepNext/>
        <w:spacing w:after="0"/>
      </w:pPr>
      <w:r>
        <w:t>Rough price: Cover and drink prices vary. Some events have no cover.</w:t>
      </w:r>
    </w:p>
    <w:p>
      <w:r>
        <w:t>This alternative dance club occupies the former Wax Club Lounge space and has hosted goth, industrial, new wave and darkwave nights. Music and cover charges vary by event. Check its current social media and schedule before going.</w:t>
      </w:r>
    </w:p>
    <w:p>
      <w:pPr>
        <w:pStyle w:val="Heading1"/>
      </w:pPr>
      <w:r>
        <w:t>Places that may need another ride</w:t>
      </w:r>
    </w:p>
    <w:p>
      <w:r>
        <w:t>These places may be beyond the service area or too close to its boundary to classify confidently. A rideshare, taxi or bus may be needed.</w:t>
      </w:r>
    </w:p>
    <w:p>
      <w:pPr>
        <w:pStyle w:val="Heading2"/>
        <w:keepNext/>
      </w:pPr>
      <w:r>
        <w:t>Little Italy Restaurant &amp; Pizzeria</w:t>
      </w:r>
    </w:p>
    <w:p>
      <w:pPr>
        <w:keepNext/>
        <w:spacing w:after="0"/>
      </w:pPr>
      <w:r>
        <w:t>Address: 824 Afterglow Street, San Antonio, TX 78216</w:t>
      </w:r>
    </w:p>
    <w:p>
      <w:pPr>
        <w:keepNext/>
        <w:spacing w:after="0"/>
      </w:pPr>
      <w:r>
        <w:t>Phone: 210-349-2060</w:t>
      </w:r>
    </w:p>
    <w:p>
      <w:pPr>
        <w:keepNext/>
        <w:spacing w:after="0"/>
      </w:pPr>
      <w:r>
        <w:t>Rough price: $15 to $30 per person</w:t>
      </w:r>
    </w:p>
    <w:p>
      <w:pPr>
        <w:spacing w:after="80"/>
      </w:pPr>
      <w:r>
        <w:t>The Visocaro family, originally from Palermo, Sicily, operated a New York pizzeria before opening Little Italy in San Antonio in 1983. The menu includes pizza, pasta, cannoli and tiramisu. Closed Sundays.</w:t>
      </w:r>
    </w:p>
    <w:p>
      <w:pPr>
        <w:pStyle w:val="Heading2"/>
        <w:keepNext/>
      </w:pPr>
      <w:r>
        <w:t>Max &amp; Louie's New York Diner</w:t>
      </w:r>
    </w:p>
    <w:p>
      <w:pPr>
        <w:keepNext/>
        <w:spacing w:after="0"/>
      </w:pPr>
      <w:r>
        <w:t>Address: 226 West Bitters Road, Suite 126, San Antonio, TX 78216</w:t>
      </w:r>
    </w:p>
    <w:p>
      <w:pPr>
        <w:keepNext/>
        <w:spacing w:after="0"/>
      </w:pPr>
      <w:r>
        <w:t>Phone: 210-483-7600</w:t>
      </w:r>
    </w:p>
    <w:p>
      <w:pPr>
        <w:keepNext/>
        <w:spacing w:after="0"/>
      </w:pPr>
      <w:r>
        <w:t>Rough price: $15 to $30 per person</w:t>
      </w:r>
    </w:p>
    <w:p>
      <w:pPr>
        <w:spacing w:after="80"/>
      </w:pPr>
      <w:r>
        <w:t>A New York-style diner with all-day breakfast, deli sandwiches and comfort food. New York native Drew Glick brought the diner concept to San Antonio; its menu includes pastrami, bagels and matzo ball soup.</w:t>
      </w:r>
    </w:p>
    <w:p>
      <w:pPr>
        <w:pStyle w:val="Heading2"/>
        <w:keepNext/>
      </w:pPr>
      <w:r>
        <w:t>Bobbie's Southern Kitchen, Embassy Oaks</w:t>
      </w:r>
    </w:p>
    <w:p>
      <w:pPr>
        <w:keepNext/>
        <w:spacing w:after="0"/>
      </w:pPr>
      <w:r>
        <w:t>Address: 606 Embassy Oaks, Suite 100, San Antonio, TX 78216</w:t>
      </w:r>
    </w:p>
    <w:p>
      <w:pPr>
        <w:keepNext/>
        <w:spacing w:after="0"/>
      </w:pPr>
      <w:r>
        <w:t>Phone: 210-923-1158</w:t>
      </w:r>
    </w:p>
    <w:p>
      <w:pPr>
        <w:keepNext/>
        <w:spacing w:after="0"/>
      </w:pPr>
      <w:r>
        <w:t>Rough price: $15 to $30 per person</w:t>
      </w:r>
    </w:p>
    <w:p>
      <w:pPr>
        <w:spacing w:after="80"/>
      </w:pPr>
      <w:r>
        <w:t>Bobbie's serves Southern breakfasts and lunches, including biscuits and chicken-fried steak. Its family restaurant tradition began in 1972, and for decades it operated on South Flores Street as Bobbie's Café before opening this North Side location.</w:t>
      </w:r>
    </w:p>
    <w:p>
      <w:r>
        <w:t>Garlic Bulgogi</w:t>
      </w:r>
    </w:p>
    <w:p>
      <w:r>
        <w:t>Address: 6733 Bandera Road, Leon Valley, TX 78238</w:t>
      </w:r>
    </w:p>
    <w:p>
      <w:r>
        <w:t>Phone: 210-254-9777</w:t>
      </w:r>
    </w:p>
    <w:p>
      <w:r>
        <w:t>Rough price: About $10 to $25 per person</w:t>
      </w:r>
    </w:p>
    <w:p>
      <w:r>
        <w:t>This Korean restaurant serves bulgogi, japchae, ramen and other dishes. It opened in 2024 in a former Kung Fu Noodle location on Bandera Road.</w:t>
      </w:r>
    </w:p>
    <w:p>
      <w:pPr>
        <w:pStyle w:val="Heading2"/>
        <w:keepNext/>
      </w:pPr>
      <w:r>
        <w:t>Taqueria Datapoint, Medical Drive</w:t>
      </w:r>
    </w:p>
    <w:p>
      <w:pPr>
        <w:keepNext/>
        <w:spacing w:after="0"/>
      </w:pPr>
      <w:r>
        <w:t>Address: 4061 Medical Drive, San Antonio, TX 78229</w:t>
      </w:r>
    </w:p>
    <w:p>
      <w:pPr>
        <w:keepNext/>
        <w:spacing w:after="0"/>
      </w:pPr>
      <w:r>
        <w:t>Phone: 210-257-0651</w:t>
      </w:r>
    </w:p>
    <w:p>
      <w:pPr>
        <w:keepNext/>
        <w:spacing w:after="0"/>
      </w:pPr>
      <w:r>
        <w:t>Rough price: $10 to $20 per person</w:t>
      </w:r>
    </w:p>
    <w:p>
      <w:pPr>
        <w:spacing w:after="80"/>
      </w:pPr>
      <w:r>
        <w:t>This family-founded taqueria traces its beginnings to 2003 and serves Mexican favorites such as tacos, mini taquitos, tortas and quesadillas. The Medical Drive location makes a worthwhile excursion to the Medical Center area.</w:t>
      </w:r>
    </w:p>
    <w:p>
      <w:pPr>
        <w:pStyle w:val="Heading2"/>
        <w:keepNext/>
      </w:pPr>
      <w:r>
        <w:t>Yellowfish Sushi, Wurzbach</w:t>
      </w:r>
    </w:p>
    <w:p>
      <w:pPr>
        <w:keepNext/>
        <w:spacing w:after="0"/>
      </w:pPr>
      <w:r>
        <w:t>Address: 9102 Wurzbach Road, San Antonio, TX 78240</w:t>
      </w:r>
    </w:p>
    <w:p>
      <w:pPr>
        <w:keepNext/>
        <w:spacing w:after="0"/>
      </w:pPr>
      <w:r>
        <w:t>Phone: 210-614-3474</w:t>
      </w:r>
    </w:p>
    <w:p>
      <w:pPr>
        <w:keepNext/>
        <w:spacing w:after="0"/>
      </w:pPr>
      <w:r>
        <w:t>Rough price: $15 to $30 per person</w:t>
      </w:r>
    </w:p>
    <w:p>
      <w:pPr>
        <w:spacing w:after="80"/>
      </w:pPr>
      <w:r>
        <w:t>Yellowfish combines Japanese and Mexican influences in its Japamex sushi, with creative rolls and other dishes. The Wurzbach restaurant opened in 2013 and offers another reason to explore the Medical Center area.</w:t>
      </w:r>
    </w:p>
    <w:p>
      <w:pPr>
        <w:pStyle w:val="Heading2"/>
        <w:keepNext/>
      </w:pPr>
      <w:r>
        <w:t>Charlie Brown's Neighborhood Bar and Grill</w:t>
      </w:r>
    </w:p>
    <w:p>
      <w:pPr>
        <w:keepNext/>
        <w:spacing w:after="0"/>
      </w:pPr>
      <w:r>
        <w:t>Address: 11888 Starcrest Drive, Suite 101, San Antonio, TX 78247</w:t>
      </w:r>
    </w:p>
    <w:p>
      <w:pPr>
        <w:keepNext/>
        <w:spacing w:after="0"/>
      </w:pPr>
      <w:r>
        <w:t>Phone: 210-496-7092</w:t>
      </w:r>
    </w:p>
    <w:p>
      <w:pPr>
        <w:keepNext/>
        <w:spacing w:after="0"/>
      </w:pPr>
      <w:r>
        <w:t>Rough price: About $10 to $25 for food per person. Drinks are additional.</w:t>
      </w:r>
    </w:p>
    <w:p>
      <w:pPr>
        <w:spacing w:after="80"/>
      </w:pPr>
      <w:r>
        <w:t>Pittsburgh Steelers fans can catch a game with fellow supporters at this neighborhood sports bar. Charlie Brown's has welcomed Steelers fans for years and serves wings, burgers and other pub food. The bar also offers trivia nights, karaoke and live music.</w:t>
      </w:r>
    </w:p>
    <w:p>
      <w:pPr>
        <w:pStyle w:val="Heading2"/>
        <w:keepNext/>
      </w:pPr>
      <w:r>
        <w:t>The Spin Coffee and Vinyl</w:t>
      </w:r>
    </w:p>
    <w:p>
      <w:pPr>
        <w:keepNext/>
        <w:spacing w:after="0"/>
      </w:pPr>
      <w:r>
        <w:t>Address: 3131 Nacogdoches Road, Suite 101, San Antonio, TX 78217</w:t>
      </w:r>
    </w:p>
    <w:p>
      <w:pPr>
        <w:keepNext/>
        <w:spacing w:after="0"/>
      </w:pPr>
      <w:r>
        <w:t>Phone: 210-265-3082</w:t>
      </w:r>
    </w:p>
    <w:p>
      <w:pPr>
        <w:keepNext/>
        <w:spacing w:after="0"/>
      </w:pPr>
      <w:r>
        <w:t>Rough price: Coffee and food prices vary. Vinyl records are priced separately.</w:t>
      </w:r>
    </w:p>
    <w:p>
      <w:pPr>
        <w:spacing w:after="80"/>
      </w:pPr>
      <w:r>
        <w:t>This coffee shop and record store offers coffee, baked treats and vinyl records to browse or purchase. The Dallas-based business opened its San Antonio location in 2024.</w:t>
      </w:r>
    </w:p>
    <w:sectPr w:rsidR="00FC693F" w:rsidRPr="0006063C" w:rsidSect="00034616">
      <w:footerReference w:type="default" r:id="rId9"/>
      <w:pgSz w:w="12240" w:h="15840"/>
      <w:pgMar w:top="720"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